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548D0" w14:textId="77777777" w:rsidR="005C5EDA" w:rsidRDefault="00000000">
      <w:pPr>
        <w:spacing w:after="100"/>
        <w:jc w:val="center"/>
      </w:pPr>
      <w:r>
        <w:rPr>
          <w:b/>
          <w:sz w:val="32"/>
        </w:rPr>
        <w:t>KLIENTA PIRMSLĪGUMA INFORMĀCIJAS ANKETA</w:t>
      </w:r>
    </w:p>
    <w:p w14:paraId="61170D08" w14:textId="77777777" w:rsidR="005C5EDA" w:rsidRDefault="00000000">
      <w:pPr>
        <w:spacing w:after="180"/>
        <w:jc w:val="center"/>
      </w:pPr>
      <w:r>
        <w:rPr>
          <w:i/>
          <w:sz w:val="21"/>
        </w:rPr>
        <w:t>grāmatvedības ārpakalpojuma apjoma un cenas noteikšanai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5C5EDA" w14:paraId="79928CFA" w14:textId="77777777">
        <w:trPr>
          <w:jc w:val="center"/>
        </w:trPr>
        <w:tc>
          <w:tcPr>
            <w:tcW w:w="10200" w:type="dxa"/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4C5BD1F5" w14:textId="77777777" w:rsidR="005C5EDA" w:rsidRDefault="00000000">
            <w:r>
              <w:rPr>
                <w:b/>
              </w:rPr>
              <w:t xml:space="preserve">Anketas mērķis: </w:t>
            </w:r>
            <w:r>
              <w:t>iegūt informāciju par potenciālā klienta saimniecisko darbību, grāmatvedības darba apjomu, nepieciešamajiem pakalpojumiem un sadarbības organizēšanu, lai sagatavotu atbilstošu pakalpojuma piedāvājumu un līgumu. Lūdzam sniegt pēc iespējas pilnīgu un precīzu informāciju.</w:t>
            </w:r>
          </w:p>
        </w:tc>
      </w:tr>
    </w:tbl>
    <w:p w14:paraId="06373F05" w14:textId="77777777" w:rsidR="005C5EDA" w:rsidRDefault="00000000">
      <w:pPr>
        <w:pStyle w:val="Heading1"/>
      </w:pPr>
      <w:r>
        <w:t>1. UZŅĒMUMA PAMATINFORMĀCIJA</w:t>
      </w:r>
    </w:p>
    <w:p w14:paraId="10796162" w14:textId="77777777" w:rsidR="005C5EDA" w:rsidRDefault="00000000">
      <w:pPr>
        <w:spacing w:after="40"/>
      </w:pPr>
      <w:r>
        <w:rPr>
          <w:b/>
        </w:rPr>
        <w:t>Uzņēmuma nosaukums:</w:t>
      </w:r>
    </w:p>
    <w:p w14:paraId="1B99B9C8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378E493" w14:textId="77777777" w:rsidR="005C5EDA" w:rsidRDefault="00000000">
      <w:pPr>
        <w:spacing w:after="40"/>
      </w:pPr>
      <w:r>
        <w:rPr>
          <w:b/>
        </w:rPr>
        <w:t>Reģistrācijas numurs:</w:t>
      </w:r>
    </w:p>
    <w:p w14:paraId="7FE5E112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30F8718A" w14:textId="77777777" w:rsidR="005C5EDA" w:rsidRDefault="00000000">
      <w:pPr>
        <w:spacing w:after="40"/>
      </w:pPr>
      <w:r>
        <w:rPr>
          <w:b/>
        </w:rPr>
        <w:t>Juridiskā adrese:</w:t>
      </w:r>
    </w:p>
    <w:p w14:paraId="46289AAB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1EC25C4D" w14:textId="77777777" w:rsidR="005C5EDA" w:rsidRDefault="00000000">
      <w:pPr>
        <w:spacing w:after="40"/>
      </w:pPr>
      <w:r>
        <w:rPr>
          <w:b/>
        </w:rPr>
        <w:t>Faktiskā darbības / biroja adrese:</w:t>
      </w:r>
    </w:p>
    <w:p w14:paraId="215BC912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593D7BDF" w14:textId="77777777" w:rsidR="005C5EDA" w:rsidRDefault="00000000">
      <w:pPr>
        <w:spacing w:after="40"/>
      </w:pPr>
      <w:r>
        <w:rPr>
          <w:b/>
        </w:rPr>
        <w:t>Uzņēmuma dibināšanas datums:</w:t>
      </w:r>
    </w:p>
    <w:p w14:paraId="26C60D07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16EE986B" w14:textId="77777777" w:rsidR="005C5EDA" w:rsidRDefault="00000000">
      <w:pPr>
        <w:spacing w:after="60"/>
      </w:pPr>
      <w:r>
        <w:rPr>
          <w:b/>
        </w:rPr>
        <w:t>PVN maksātājs:</w:t>
      </w:r>
      <w:r>
        <w:t xml:space="preserve">   ☐ Jā    ☐ Nē    ☐ Plānots reģistrēties PVN maksātāju reģistrā</w:t>
      </w:r>
    </w:p>
    <w:p w14:paraId="5A59F04D" w14:textId="77777777" w:rsidR="005C5EDA" w:rsidRDefault="00000000">
      <w:pPr>
        <w:spacing w:after="40"/>
      </w:pPr>
      <w:r>
        <w:rPr>
          <w:b/>
        </w:rPr>
        <w:t>PVN reģistrācijas numurs:</w:t>
      </w:r>
    </w:p>
    <w:p w14:paraId="476492FD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867C5A7" w14:textId="77777777" w:rsidR="005C5EDA" w:rsidRDefault="00000000">
      <w:pPr>
        <w:spacing w:after="40"/>
      </w:pPr>
      <w:r>
        <w:rPr>
          <w:b/>
        </w:rPr>
        <w:t>Uzņēmuma tīmekļvietne:</w:t>
      </w:r>
    </w:p>
    <w:p w14:paraId="40169E64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3EC72C95" w14:textId="77777777" w:rsidR="005C5EDA" w:rsidRDefault="00000000">
      <w:pPr>
        <w:spacing w:after="40"/>
      </w:pPr>
      <w:r>
        <w:rPr>
          <w:b/>
        </w:rPr>
        <w:t>E-pasts:</w:t>
      </w:r>
    </w:p>
    <w:p w14:paraId="7A062A31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598D8060" w14:textId="77777777" w:rsidR="005C5EDA" w:rsidRDefault="00000000">
      <w:pPr>
        <w:spacing w:after="40"/>
      </w:pPr>
      <w:r>
        <w:rPr>
          <w:b/>
        </w:rPr>
        <w:t>Tālrunis:</w:t>
      </w:r>
    </w:p>
    <w:p w14:paraId="2482D657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4A659DEC" w14:textId="77777777" w:rsidR="005C5EDA" w:rsidRDefault="00000000">
      <w:pPr>
        <w:pStyle w:val="Heading1"/>
      </w:pPr>
      <w:r>
        <w:t>2. KONTAKTPERSONA</w:t>
      </w:r>
    </w:p>
    <w:p w14:paraId="37684A2A" w14:textId="77777777" w:rsidR="005C5EDA" w:rsidRDefault="00000000">
      <w:pPr>
        <w:spacing w:after="40"/>
      </w:pPr>
      <w:r>
        <w:rPr>
          <w:b/>
        </w:rPr>
        <w:t>Kontaktpersonas vārds, uzvārds:</w:t>
      </w:r>
    </w:p>
    <w:p w14:paraId="36F20885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E3DB94B" w14:textId="77777777" w:rsidR="005C5EDA" w:rsidRDefault="00000000">
      <w:pPr>
        <w:spacing w:after="40"/>
      </w:pPr>
      <w:r>
        <w:rPr>
          <w:b/>
        </w:rPr>
        <w:t>Amats:</w:t>
      </w:r>
    </w:p>
    <w:p w14:paraId="20FA706D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42B7DAF1" w14:textId="77777777" w:rsidR="005C5EDA" w:rsidRDefault="00000000">
      <w:pPr>
        <w:spacing w:after="40"/>
      </w:pPr>
      <w:r>
        <w:rPr>
          <w:b/>
        </w:rPr>
        <w:t>Tālrunis:</w:t>
      </w:r>
    </w:p>
    <w:p w14:paraId="2257251F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0437DA60" w14:textId="77777777" w:rsidR="005C5EDA" w:rsidRDefault="00000000">
      <w:pPr>
        <w:spacing w:after="40"/>
      </w:pPr>
      <w:r>
        <w:rPr>
          <w:b/>
        </w:rPr>
        <w:t>E-pasts:</w:t>
      </w:r>
    </w:p>
    <w:p w14:paraId="6DC14C9F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2BA54EFF" w14:textId="77777777" w:rsidR="005C5EDA" w:rsidRDefault="00000000">
      <w:pPr>
        <w:spacing w:after="40"/>
      </w:pPr>
      <w:r>
        <w:rPr>
          <w:b/>
        </w:rPr>
        <w:t>Persona, kura ikdienā iesniegs grāmatvedības dokumentus:</w:t>
      </w:r>
    </w:p>
    <w:p w14:paraId="7FD46161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11A8B0CA" w14:textId="77777777" w:rsidR="005C5EDA" w:rsidRDefault="00000000">
      <w:pPr>
        <w:pStyle w:val="Heading1"/>
      </w:pPr>
      <w:r>
        <w:t>3. ĪPAŠNIEKI UN VADĪBA</w:t>
      </w:r>
    </w:p>
    <w:p w14:paraId="0F92F440" w14:textId="77777777" w:rsidR="005C5EDA" w:rsidRDefault="00000000">
      <w:pPr>
        <w:spacing w:after="40"/>
      </w:pPr>
      <w:r>
        <w:rPr>
          <w:b/>
        </w:rPr>
        <w:t>Dalībnieku / īpašnieku skaits:</w:t>
      </w:r>
    </w:p>
    <w:p w14:paraId="13B0FDF0" w14:textId="77777777" w:rsidR="005C5EDA" w:rsidRDefault="00000000">
      <w:pPr>
        <w:spacing w:after="40"/>
      </w:pPr>
      <w:r>
        <w:lastRenderedPageBreak/>
        <w:t>____________________________________________________________________________________________</w:t>
      </w:r>
    </w:p>
    <w:p w14:paraId="080AACFE" w14:textId="77777777" w:rsidR="005C5EDA" w:rsidRDefault="00000000">
      <w:pPr>
        <w:spacing w:after="40"/>
      </w:pPr>
      <w:r>
        <w:rPr>
          <w:b/>
        </w:rPr>
        <w:t>Valdes locekļu skaits:</w:t>
      </w:r>
    </w:p>
    <w:p w14:paraId="1C9B46B8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0BF4CE66" w14:textId="77777777" w:rsidR="005C5EDA" w:rsidRDefault="00000000">
      <w:pPr>
        <w:spacing w:after="60"/>
      </w:pPr>
      <w:r>
        <w:rPr>
          <w:b/>
        </w:rPr>
        <w:t>Vai uzņēmumam ir ārvalstu dalībnieki vai patiesie labuma guvēji?</w:t>
      </w:r>
      <w:r>
        <w:t xml:space="preserve">   ☐ Jā    ☐ Nē</w:t>
      </w:r>
    </w:p>
    <w:p w14:paraId="499ED275" w14:textId="77777777" w:rsidR="005C5EDA" w:rsidRDefault="00000000">
      <w:pPr>
        <w:spacing w:after="40"/>
      </w:pPr>
      <w:r>
        <w:rPr>
          <w:b/>
        </w:rPr>
        <w:t>Ja jā, norādiet valsti/-is:</w:t>
      </w:r>
    </w:p>
    <w:p w14:paraId="6CFC9D34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3227D7C4" w14:textId="77777777" w:rsidR="005C5EDA" w:rsidRDefault="00000000">
      <w:pPr>
        <w:spacing w:after="60"/>
      </w:pPr>
      <w:r>
        <w:rPr>
          <w:b/>
        </w:rPr>
        <w:t>Vai uzņēmums ietilpst uzņēmumu grupā?</w:t>
      </w:r>
      <w:r>
        <w:t xml:space="preserve">   ☐ Jā    ☐ Nē</w:t>
      </w:r>
    </w:p>
    <w:p w14:paraId="3D8D480E" w14:textId="77777777" w:rsidR="005C5EDA" w:rsidRDefault="00000000">
      <w:pPr>
        <w:spacing w:after="40"/>
      </w:pPr>
      <w:r>
        <w:rPr>
          <w:b/>
        </w:rPr>
        <w:t>Ja jā, īsi raksturojiet:</w:t>
      </w:r>
    </w:p>
    <w:p w14:paraId="7012105C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000A7A02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2CF75773" w14:textId="77777777" w:rsidR="005C5EDA" w:rsidRDefault="00000000">
      <w:pPr>
        <w:pStyle w:val="Heading1"/>
      </w:pPr>
      <w:r>
        <w:t>4. SAIMNIECISKĀ DARBĪBA</w:t>
      </w:r>
    </w:p>
    <w:p w14:paraId="27E29D83" w14:textId="77777777" w:rsidR="005C5EDA" w:rsidRDefault="00000000">
      <w:pPr>
        <w:spacing w:after="40"/>
      </w:pPr>
      <w:r>
        <w:rPr>
          <w:b/>
        </w:rPr>
        <w:t>Galvenais darbības veids:</w:t>
      </w:r>
    </w:p>
    <w:p w14:paraId="3BC17DB0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08FF8D47" w14:textId="77777777" w:rsidR="005C5EDA" w:rsidRDefault="00000000">
      <w:pPr>
        <w:spacing w:after="40"/>
      </w:pPr>
      <w:r>
        <w:rPr>
          <w:b/>
        </w:rPr>
        <w:t>NACE kods, ja zināms:</w:t>
      </w:r>
    </w:p>
    <w:p w14:paraId="4EDB8315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56408F80" w14:textId="77777777" w:rsidR="005C5EDA" w:rsidRDefault="00000000">
      <w:pPr>
        <w:spacing w:after="40"/>
      </w:pPr>
      <w:r>
        <w:rPr>
          <w:b/>
        </w:rPr>
        <w:t>Īss saimnieciskās darbības apraksts:</w:t>
      </w:r>
    </w:p>
    <w:p w14:paraId="05CDF74C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4994D143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6D2CC916" w14:textId="77777777" w:rsidR="005C5EDA" w:rsidRDefault="00000000">
      <w:pPr>
        <w:spacing w:after="60"/>
      </w:pPr>
      <w:r>
        <w:rPr>
          <w:b/>
        </w:rPr>
        <w:t>Vai uzņēmumam ir vairākas darbības nozares?</w:t>
      </w:r>
      <w:r>
        <w:t xml:space="preserve">   ☐ Jā    ☐ Nē</w:t>
      </w:r>
    </w:p>
    <w:p w14:paraId="6A2B3159" w14:textId="77777777" w:rsidR="005C5EDA" w:rsidRDefault="00000000">
      <w:pPr>
        <w:spacing w:after="40"/>
      </w:pPr>
      <w:r>
        <w:rPr>
          <w:b/>
        </w:rPr>
        <w:t>Ja jā, norādiet:</w:t>
      </w:r>
    </w:p>
    <w:p w14:paraId="161113F4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28372B58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67868F2E" w14:textId="77777777" w:rsidR="005C5EDA" w:rsidRDefault="00000000">
      <w:pPr>
        <w:pStyle w:val="Heading1"/>
      </w:pPr>
      <w:r>
        <w:t>5. APGROZĪJUMS UN DARĪJUMU APJOMS</w:t>
      </w:r>
    </w:p>
    <w:p w14:paraId="302FCB1A" w14:textId="77777777" w:rsidR="005C5EDA" w:rsidRDefault="00000000">
      <w:pPr>
        <w:spacing w:after="60"/>
      </w:pPr>
      <w:r>
        <w:rPr>
          <w:b/>
        </w:rPr>
        <w:t>Aptuvenais gada apgrozījums:</w:t>
      </w:r>
    </w:p>
    <w:p w14:paraId="348F73CC" w14:textId="77777777" w:rsidR="005C5EDA" w:rsidRDefault="00000000">
      <w:pPr>
        <w:spacing w:after="0"/>
        <w:ind w:left="283"/>
      </w:pPr>
      <w:r>
        <w:t>☐ līdz 50 000 EUR</w:t>
      </w:r>
    </w:p>
    <w:p w14:paraId="7E5A1A4B" w14:textId="77777777" w:rsidR="005C5EDA" w:rsidRDefault="00000000">
      <w:pPr>
        <w:spacing w:after="0"/>
        <w:ind w:left="283"/>
      </w:pPr>
      <w:r>
        <w:t>☐ 50 001–100 000 EUR</w:t>
      </w:r>
    </w:p>
    <w:p w14:paraId="61AFB07F" w14:textId="77777777" w:rsidR="005C5EDA" w:rsidRDefault="00000000">
      <w:pPr>
        <w:spacing w:after="0"/>
        <w:ind w:left="283"/>
      </w:pPr>
      <w:r>
        <w:t>☐ 100 001–250 000 EUR</w:t>
      </w:r>
    </w:p>
    <w:p w14:paraId="2C12DEB7" w14:textId="77777777" w:rsidR="005C5EDA" w:rsidRDefault="00000000">
      <w:pPr>
        <w:spacing w:after="0"/>
        <w:ind w:left="283"/>
      </w:pPr>
      <w:r>
        <w:t>☐ 250 001–500 000 EUR</w:t>
      </w:r>
    </w:p>
    <w:p w14:paraId="6AF6DF81" w14:textId="77777777" w:rsidR="005C5EDA" w:rsidRDefault="00000000">
      <w:pPr>
        <w:spacing w:after="0"/>
        <w:ind w:left="283"/>
      </w:pPr>
      <w:r>
        <w:t>☐ 500 001–1 000 000 EUR</w:t>
      </w:r>
    </w:p>
    <w:p w14:paraId="1BE94D94" w14:textId="77777777" w:rsidR="005C5EDA" w:rsidRDefault="00000000">
      <w:pPr>
        <w:spacing w:after="0"/>
        <w:ind w:left="283"/>
      </w:pPr>
      <w:r>
        <w:t>☐ virs 1 000 000 EUR</w:t>
      </w:r>
    </w:p>
    <w:p w14:paraId="6051E807" w14:textId="77777777" w:rsidR="005C5EDA" w:rsidRDefault="00000000">
      <w:pPr>
        <w:spacing w:after="40"/>
      </w:pPr>
      <w:r>
        <w:rPr>
          <w:b/>
        </w:rPr>
        <w:t>Vidējais saņemto rēķinu skaits mēnesī:</w:t>
      </w:r>
    </w:p>
    <w:p w14:paraId="413F3666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3116C970" w14:textId="77777777" w:rsidR="005C5EDA" w:rsidRDefault="00000000">
      <w:pPr>
        <w:spacing w:after="40"/>
      </w:pPr>
      <w:r>
        <w:rPr>
          <w:b/>
        </w:rPr>
        <w:t>Vidējais izrakstīto rēķinu skaits mēnesī:</w:t>
      </w:r>
    </w:p>
    <w:p w14:paraId="523A941F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2C513936" w14:textId="77777777" w:rsidR="005C5EDA" w:rsidRDefault="00000000">
      <w:pPr>
        <w:spacing w:after="40"/>
      </w:pPr>
      <w:r>
        <w:rPr>
          <w:b/>
        </w:rPr>
        <w:t>Vidējais bankas darījumu skaits mēnesī:</w:t>
      </w:r>
    </w:p>
    <w:p w14:paraId="430C9F30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5643D4B8" w14:textId="77777777" w:rsidR="005C5EDA" w:rsidRDefault="00000000">
      <w:pPr>
        <w:spacing w:after="40"/>
      </w:pPr>
      <w:r>
        <w:rPr>
          <w:b/>
        </w:rPr>
        <w:t>Vidējais čeku / kvīšu skaits mēnesī:</w:t>
      </w:r>
    </w:p>
    <w:p w14:paraId="03448059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5FC8037" w14:textId="77777777" w:rsidR="005C5EDA" w:rsidRDefault="00000000">
      <w:pPr>
        <w:spacing w:after="40"/>
      </w:pPr>
      <w:r>
        <w:rPr>
          <w:b/>
        </w:rPr>
        <w:t>Kases darījumu skaits mēnesī:</w:t>
      </w:r>
    </w:p>
    <w:p w14:paraId="72CFAC6D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2416B87A" w14:textId="77777777" w:rsidR="005C5EDA" w:rsidRDefault="00000000">
      <w:pPr>
        <w:pStyle w:val="Heading1"/>
      </w:pPr>
      <w:r>
        <w:lastRenderedPageBreak/>
        <w:t>6. BANKAS UN NORĒĶINI</w:t>
      </w:r>
    </w:p>
    <w:p w14:paraId="16AFE2EF" w14:textId="77777777" w:rsidR="005C5EDA" w:rsidRDefault="00000000">
      <w:pPr>
        <w:spacing w:after="40"/>
      </w:pPr>
      <w:r>
        <w:rPr>
          <w:b/>
        </w:rPr>
        <w:t>Bankas kontu skaits:</w:t>
      </w:r>
    </w:p>
    <w:p w14:paraId="74A1B0A8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A0301F5" w14:textId="77777777" w:rsidR="005C5EDA" w:rsidRDefault="00000000">
      <w:pPr>
        <w:spacing w:after="40"/>
      </w:pPr>
      <w:r>
        <w:rPr>
          <w:b/>
        </w:rPr>
        <w:t>Izmantotās bankas:</w:t>
      </w:r>
    </w:p>
    <w:p w14:paraId="606F079E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1E841CBB" w14:textId="77777777" w:rsidR="005C5EDA" w:rsidRDefault="00000000">
      <w:pPr>
        <w:spacing w:after="60"/>
      </w:pPr>
      <w:r>
        <w:rPr>
          <w:b/>
        </w:rPr>
        <w:t>Vai tiek izmantoti ārvalstu banku konti?</w:t>
      </w:r>
      <w:r>
        <w:t xml:space="preserve">   ☐ Jā    ☐ Nē</w:t>
      </w:r>
    </w:p>
    <w:p w14:paraId="4D4EEDBA" w14:textId="77777777" w:rsidR="005C5EDA" w:rsidRDefault="00000000">
      <w:pPr>
        <w:spacing w:after="60"/>
      </w:pPr>
      <w:r>
        <w:rPr>
          <w:b/>
        </w:rPr>
        <w:t>Vai tiek izmantoti maksājumu pakalpojumu sniedzēji vai platformas (piem., PayPal, Revolut, Wise, Stripe u.c.)?</w:t>
      </w:r>
      <w:r>
        <w:t xml:space="preserve">   ☐ Jā    ☐ Nē</w:t>
      </w:r>
    </w:p>
    <w:p w14:paraId="6802D076" w14:textId="77777777" w:rsidR="005C5EDA" w:rsidRDefault="00000000">
      <w:pPr>
        <w:spacing w:after="40"/>
      </w:pPr>
      <w:r>
        <w:rPr>
          <w:b/>
        </w:rPr>
        <w:t>Ja jā, norādiet:</w:t>
      </w:r>
    </w:p>
    <w:p w14:paraId="4F041B2E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6B938528" w14:textId="77777777" w:rsidR="005C5EDA" w:rsidRDefault="00000000">
      <w:pPr>
        <w:spacing w:after="60"/>
      </w:pPr>
      <w:r>
        <w:rPr>
          <w:b/>
        </w:rPr>
        <w:t>Vai uzņēmumā ir skaidras naudas darījumi?</w:t>
      </w:r>
      <w:r>
        <w:t xml:space="preserve">   ☐ Jā    ☐ Nē</w:t>
      </w:r>
    </w:p>
    <w:p w14:paraId="15683A62" w14:textId="77777777" w:rsidR="005C5EDA" w:rsidRDefault="00000000">
      <w:pPr>
        <w:spacing w:after="60"/>
      </w:pPr>
      <w:r>
        <w:rPr>
          <w:b/>
        </w:rPr>
        <w:t>Vai tiek izmantots kases aparāts?</w:t>
      </w:r>
      <w:r>
        <w:t xml:space="preserve">   ☐ Jā    ☐ Nē</w:t>
      </w:r>
    </w:p>
    <w:p w14:paraId="5A9475FA" w14:textId="77777777" w:rsidR="005C5EDA" w:rsidRDefault="00000000">
      <w:pPr>
        <w:pStyle w:val="Heading1"/>
      </w:pPr>
      <w:r>
        <w:t>7. DARBINIEKI UN DARBA SAMAKSA</w:t>
      </w:r>
    </w:p>
    <w:p w14:paraId="0C7ED064" w14:textId="77777777" w:rsidR="005C5EDA" w:rsidRDefault="00000000">
      <w:pPr>
        <w:spacing w:after="40"/>
      </w:pPr>
      <w:r>
        <w:rPr>
          <w:b/>
        </w:rPr>
        <w:t>Darbinieku skaits:</w:t>
      </w:r>
    </w:p>
    <w:p w14:paraId="780D3443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2D9AE76D" w14:textId="77777777" w:rsidR="005C5EDA" w:rsidRDefault="00000000">
      <w:pPr>
        <w:spacing w:after="40"/>
      </w:pPr>
      <w:r>
        <w:rPr>
          <w:b/>
        </w:rPr>
        <w:t>Valdes locekļu skaits, kuri saņem atlīdzību:</w:t>
      </w:r>
    </w:p>
    <w:p w14:paraId="2AAD0875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4B2A2B66" w14:textId="77777777" w:rsidR="005C5EDA" w:rsidRDefault="00000000">
      <w:pPr>
        <w:spacing w:after="60"/>
      </w:pPr>
      <w:r>
        <w:rPr>
          <w:b/>
        </w:rPr>
        <w:t>Darba samaksas aprēķina biežums:</w:t>
      </w:r>
    </w:p>
    <w:p w14:paraId="2BCFB90E" w14:textId="77777777" w:rsidR="005C5EDA" w:rsidRDefault="00000000">
      <w:pPr>
        <w:spacing w:after="0"/>
        <w:ind w:left="283"/>
      </w:pPr>
      <w:r>
        <w:t>☐ reizi mēnesī</w:t>
      </w:r>
    </w:p>
    <w:p w14:paraId="5AFB0F1F" w14:textId="77777777" w:rsidR="005C5EDA" w:rsidRDefault="00000000">
      <w:pPr>
        <w:spacing w:after="0"/>
        <w:ind w:left="283"/>
      </w:pPr>
      <w:r>
        <w:t>☐ divas reizes mēnesī</w:t>
      </w:r>
    </w:p>
    <w:p w14:paraId="6C800B93" w14:textId="77777777" w:rsidR="005C5EDA" w:rsidRDefault="00000000">
      <w:pPr>
        <w:spacing w:after="0"/>
        <w:ind w:left="283"/>
      </w:pPr>
      <w:r>
        <w:t>☐ cits: __________________</w:t>
      </w:r>
    </w:p>
    <w:p w14:paraId="0748F526" w14:textId="77777777" w:rsidR="005C5EDA" w:rsidRDefault="00000000">
      <w:pPr>
        <w:spacing w:after="60"/>
      </w:pPr>
      <w:r>
        <w:rPr>
          <w:b/>
        </w:rPr>
        <w:t>Vai darbiniekiem ir:</w:t>
      </w:r>
    </w:p>
    <w:p w14:paraId="14F17844" w14:textId="77777777" w:rsidR="005C5EDA" w:rsidRDefault="00000000">
      <w:pPr>
        <w:spacing w:after="0"/>
        <w:ind w:left="283"/>
      </w:pPr>
      <w:r>
        <w:t>☐ maiņu darbs</w:t>
      </w:r>
    </w:p>
    <w:p w14:paraId="0E9F8ACB" w14:textId="77777777" w:rsidR="005C5EDA" w:rsidRDefault="00000000">
      <w:pPr>
        <w:spacing w:after="0"/>
        <w:ind w:left="283"/>
      </w:pPr>
      <w:r>
        <w:t>☐ summētais darba laiks</w:t>
      </w:r>
    </w:p>
    <w:p w14:paraId="199C492B" w14:textId="77777777" w:rsidR="005C5EDA" w:rsidRDefault="00000000">
      <w:pPr>
        <w:spacing w:after="0"/>
        <w:ind w:left="283"/>
      </w:pPr>
      <w:r>
        <w:t>☐ nakts darbs</w:t>
      </w:r>
    </w:p>
    <w:p w14:paraId="1BAFABAC" w14:textId="77777777" w:rsidR="005C5EDA" w:rsidRDefault="00000000">
      <w:pPr>
        <w:spacing w:after="0"/>
        <w:ind w:left="283"/>
      </w:pPr>
      <w:r>
        <w:t>☐ virsstundas</w:t>
      </w:r>
    </w:p>
    <w:p w14:paraId="3D59B00A" w14:textId="77777777" w:rsidR="005C5EDA" w:rsidRDefault="00000000">
      <w:pPr>
        <w:spacing w:after="0"/>
        <w:ind w:left="283"/>
      </w:pPr>
      <w:r>
        <w:t>☐ darbs svētku dienās</w:t>
      </w:r>
    </w:p>
    <w:p w14:paraId="34C33F35" w14:textId="77777777" w:rsidR="005C5EDA" w:rsidRDefault="00000000">
      <w:pPr>
        <w:spacing w:after="0"/>
        <w:ind w:left="283"/>
      </w:pPr>
      <w:r>
        <w:t>☐ mainīga darba samaksa</w:t>
      </w:r>
    </w:p>
    <w:p w14:paraId="415CAA59" w14:textId="77777777" w:rsidR="005C5EDA" w:rsidRDefault="00000000">
      <w:pPr>
        <w:spacing w:after="0"/>
        <w:ind w:left="283"/>
      </w:pPr>
      <w:r>
        <w:t>☐ prēmijas / piemaksas</w:t>
      </w:r>
    </w:p>
    <w:p w14:paraId="1AFFE6DC" w14:textId="77777777" w:rsidR="005C5EDA" w:rsidRDefault="00000000">
      <w:pPr>
        <w:spacing w:after="0"/>
        <w:ind w:left="283"/>
      </w:pPr>
      <w:r>
        <w:t>☐ komandējumi</w:t>
      </w:r>
    </w:p>
    <w:p w14:paraId="6648472F" w14:textId="77777777" w:rsidR="005C5EDA" w:rsidRDefault="00000000">
      <w:pPr>
        <w:spacing w:after="0"/>
        <w:ind w:left="283"/>
      </w:pPr>
      <w:r>
        <w:t>☐ darba braucieni</w:t>
      </w:r>
    </w:p>
    <w:p w14:paraId="7DDFB7ED" w14:textId="77777777" w:rsidR="005C5EDA" w:rsidRDefault="00000000">
      <w:pPr>
        <w:spacing w:after="60"/>
      </w:pPr>
      <w:r>
        <w:rPr>
          <w:b/>
        </w:rPr>
        <w:t>Vai uzņēmums nodarbina ārvalstniekus?</w:t>
      </w:r>
      <w:r>
        <w:t xml:space="preserve">   ☐ Jā    ☐ Nē</w:t>
      </w:r>
    </w:p>
    <w:p w14:paraId="0AA007D8" w14:textId="77777777" w:rsidR="005C5EDA" w:rsidRDefault="00000000">
      <w:pPr>
        <w:pStyle w:val="Heading1"/>
      </w:pPr>
      <w:r>
        <w:t>8. PVN UN ĀRVALSTU DARĪJUMI</w:t>
      </w:r>
    </w:p>
    <w:p w14:paraId="3859AFFA" w14:textId="77777777" w:rsidR="005C5EDA" w:rsidRDefault="00000000">
      <w:pPr>
        <w:spacing w:after="60"/>
      </w:pPr>
      <w:r>
        <w:rPr>
          <w:b/>
        </w:rPr>
        <w:t>Vai uzņēmumam ir darījumi ar ES uzņēmumiem?</w:t>
      </w:r>
      <w:r>
        <w:t xml:space="preserve">   ☐ Jā    ☐ Nē</w:t>
      </w:r>
    </w:p>
    <w:p w14:paraId="63C0E0BC" w14:textId="77777777" w:rsidR="005C5EDA" w:rsidRDefault="00000000">
      <w:pPr>
        <w:spacing w:after="60"/>
      </w:pPr>
      <w:r>
        <w:rPr>
          <w:b/>
        </w:rPr>
        <w:t>Vai uzņēmumam ir darījumi ar trešajām valstīm?</w:t>
      </w:r>
      <w:r>
        <w:t xml:space="preserve">   ☐ Jā    ☐ Nē</w:t>
      </w:r>
    </w:p>
    <w:p w14:paraId="797A811B" w14:textId="77777777" w:rsidR="005C5EDA" w:rsidRDefault="00000000">
      <w:pPr>
        <w:spacing w:after="60"/>
      </w:pPr>
      <w:r>
        <w:rPr>
          <w:b/>
        </w:rPr>
        <w:t>Vai uzņēmums veic preču importu?</w:t>
      </w:r>
      <w:r>
        <w:t xml:space="preserve">   ☐ Jā    ☐ Nē</w:t>
      </w:r>
    </w:p>
    <w:p w14:paraId="6BB7EFD4" w14:textId="77777777" w:rsidR="005C5EDA" w:rsidRDefault="00000000">
      <w:pPr>
        <w:spacing w:after="60"/>
      </w:pPr>
      <w:r>
        <w:rPr>
          <w:b/>
        </w:rPr>
        <w:t>Vai uzņēmums veic preču eksportu?</w:t>
      </w:r>
      <w:r>
        <w:t xml:space="preserve">   ☐ Jā    ☐ Nē</w:t>
      </w:r>
    </w:p>
    <w:p w14:paraId="0A787E26" w14:textId="77777777" w:rsidR="005C5EDA" w:rsidRDefault="00000000">
      <w:pPr>
        <w:spacing w:after="60"/>
      </w:pPr>
      <w:r>
        <w:rPr>
          <w:b/>
        </w:rPr>
        <w:t>Vai tiek saņemti pakalpojumi no ārvalstu uzņēmumiem?</w:t>
      </w:r>
      <w:r>
        <w:t xml:space="preserve">   ☐ Jā    ☐ Nē</w:t>
      </w:r>
    </w:p>
    <w:p w14:paraId="4B8C1B18" w14:textId="77777777" w:rsidR="005C5EDA" w:rsidRDefault="00000000">
      <w:pPr>
        <w:spacing w:after="60"/>
      </w:pPr>
      <w:r>
        <w:rPr>
          <w:b/>
        </w:rPr>
        <w:t>Vai tiek sniegti pakalpojumi ārvalstu klientiem?</w:t>
      </w:r>
      <w:r>
        <w:t xml:space="preserve">   ☐ Jā    ☐ Nē</w:t>
      </w:r>
    </w:p>
    <w:p w14:paraId="58F856C3" w14:textId="77777777" w:rsidR="005C5EDA" w:rsidRDefault="00000000">
      <w:pPr>
        <w:spacing w:after="60"/>
      </w:pPr>
      <w:r>
        <w:rPr>
          <w:b/>
        </w:rPr>
        <w:t>Vai uzņēmums izmanto OSS / IOSS režīmu?</w:t>
      </w:r>
      <w:r>
        <w:t xml:space="preserve">   ☐ Jā    ☐ Nē    ☐ Nezinu</w:t>
      </w:r>
    </w:p>
    <w:p w14:paraId="4A255806" w14:textId="77777777" w:rsidR="005C5EDA" w:rsidRDefault="00000000">
      <w:pPr>
        <w:pStyle w:val="Heading1"/>
      </w:pPr>
      <w:r>
        <w:lastRenderedPageBreak/>
        <w:t>9. NOLIKTAVA UN PREČU UZSKAITE</w:t>
      </w:r>
    </w:p>
    <w:p w14:paraId="15AEA836" w14:textId="77777777" w:rsidR="005C5EDA" w:rsidRDefault="00000000">
      <w:pPr>
        <w:spacing w:after="60"/>
      </w:pPr>
      <w:r>
        <w:rPr>
          <w:b/>
        </w:rPr>
        <w:t>Vai uzņēmumam ir preču noliktava?</w:t>
      </w:r>
      <w:r>
        <w:t xml:space="preserve">   ☐ Jā    ☐ Nē</w:t>
      </w:r>
    </w:p>
    <w:p w14:paraId="6877E4C6" w14:textId="77777777" w:rsidR="005C5EDA" w:rsidRDefault="00000000">
      <w:pPr>
        <w:spacing w:after="40"/>
      </w:pPr>
      <w:r>
        <w:rPr>
          <w:b/>
        </w:rPr>
        <w:t>Noliktavu skaits:</w:t>
      </w:r>
    </w:p>
    <w:p w14:paraId="5A9072DE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293A0E9" w14:textId="77777777" w:rsidR="005C5EDA" w:rsidRDefault="00000000">
      <w:pPr>
        <w:spacing w:after="40"/>
      </w:pPr>
      <w:r>
        <w:rPr>
          <w:b/>
        </w:rPr>
        <w:t>Aptuvenais preču pozīciju skaits:</w:t>
      </w:r>
    </w:p>
    <w:p w14:paraId="24910AEC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6B5CD85F" w14:textId="77777777" w:rsidR="005C5EDA" w:rsidRDefault="00000000">
      <w:pPr>
        <w:spacing w:after="60"/>
      </w:pPr>
      <w:r>
        <w:rPr>
          <w:b/>
        </w:rPr>
        <w:t>Vai tiek izmantota noliktavas uzskaites programma?</w:t>
      </w:r>
      <w:r>
        <w:t xml:space="preserve">   ☐ Jā    ☐ Nē</w:t>
      </w:r>
    </w:p>
    <w:p w14:paraId="63E5B024" w14:textId="77777777" w:rsidR="005C5EDA" w:rsidRDefault="00000000">
      <w:pPr>
        <w:spacing w:after="40"/>
      </w:pPr>
      <w:r>
        <w:rPr>
          <w:b/>
        </w:rPr>
        <w:t>Ja jā, kāda?</w:t>
      </w:r>
    </w:p>
    <w:p w14:paraId="7DA34A30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C620FF7" w14:textId="77777777" w:rsidR="005C5EDA" w:rsidRDefault="00000000">
      <w:pPr>
        <w:spacing w:after="60"/>
      </w:pPr>
      <w:r>
        <w:rPr>
          <w:b/>
        </w:rPr>
        <w:t>Vai nepieciešama noliktavas uzskaites integrācija ar grāmatvedību?</w:t>
      </w:r>
      <w:r>
        <w:t xml:space="preserve">   ☐ Jā    ☐ Nē    ☐ Nepieciešams izvērtēt</w:t>
      </w:r>
    </w:p>
    <w:p w14:paraId="590B72BC" w14:textId="77777777" w:rsidR="005C5EDA" w:rsidRDefault="00000000">
      <w:pPr>
        <w:pStyle w:val="Heading1"/>
      </w:pPr>
      <w:r>
        <w:t>10. PAMATLĪDZEKĻI UN TRANSPORTLĪDZEKĻI</w:t>
      </w:r>
    </w:p>
    <w:p w14:paraId="273D87D1" w14:textId="77777777" w:rsidR="005C5EDA" w:rsidRDefault="00000000">
      <w:pPr>
        <w:spacing w:after="40"/>
      </w:pPr>
      <w:r>
        <w:rPr>
          <w:b/>
        </w:rPr>
        <w:t>Aptuvenais pamatlīdzekļu skaits:</w:t>
      </w:r>
    </w:p>
    <w:p w14:paraId="7E901784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8E324CD" w14:textId="77777777" w:rsidR="005C5EDA" w:rsidRDefault="00000000">
      <w:pPr>
        <w:spacing w:after="40"/>
      </w:pPr>
      <w:r>
        <w:rPr>
          <w:b/>
        </w:rPr>
        <w:t>Uzņēmuma transportlīdzekļu skaits:</w:t>
      </w:r>
    </w:p>
    <w:p w14:paraId="3D07C46F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6E07A8D1" w14:textId="77777777" w:rsidR="005C5EDA" w:rsidRDefault="00000000">
      <w:pPr>
        <w:spacing w:after="60"/>
      </w:pPr>
      <w:r>
        <w:rPr>
          <w:b/>
        </w:rPr>
        <w:t>Vai tiek izmantoti līzinga transportlīdzekļi?</w:t>
      </w:r>
      <w:r>
        <w:t xml:space="preserve">   ☐ Jā    ☐ Nē</w:t>
      </w:r>
    </w:p>
    <w:p w14:paraId="36E4599B" w14:textId="77777777" w:rsidR="005C5EDA" w:rsidRDefault="00000000">
      <w:pPr>
        <w:spacing w:after="60"/>
      </w:pPr>
      <w:r>
        <w:rPr>
          <w:b/>
        </w:rPr>
        <w:t>Vai transportlīdzekļi tiek izmantoti arī privātām vajadzībām?</w:t>
      </w:r>
      <w:r>
        <w:t xml:space="preserve">   ☐ Jā    ☐ Nē</w:t>
      </w:r>
    </w:p>
    <w:p w14:paraId="714E5690" w14:textId="77777777" w:rsidR="005C5EDA" w:rsidRDefault="00000000">
      <w:pPr>
        <w:pStyle w:val="Heading1"/>
      </w:pPr>
      <w:r>
        <w:t>11. AIZDEVUMI UN FINANSĒJUMS</w:t>
      </w:r>
    </w:p>
    <w:p w14:paraId="655BC88C" w14:textId="77777777" w:rsidR="005C5EDA" w:rsidRDefault="00000000">
      <w:pPr>
        <w:spacing w:after="60"/>
      </w:pPr>
      <w:r>
        <w:rPr>
          <w:b/>
        </w:rPr>
        <w:t>Vai uzņēmumam ir banku kredīti vai līzingi?</w:t>
      </w:r>
      <w:r>
        <w:t xml:space="preserve">   ☐ Jā    ☐ Nē</w:t>
      </w:r>
    </w:p>
    <w:p w14:paraId="0D2994FB" w14:textId="77777777" w:rsidR="005C5EDA" w:rsidRDefault="00000000">
      <w:pPr>
        <w:spacing w:after="60"/>
      </w:pPr>
      <w:r>
        <w:rPr>
          <w:b/>
        </w:rPr>
        <w:t>Vai uzņēmumam ir aizdevumi no dalībniekiem vai citām saistītām personām?</w:t>
      </w:r>
      <w:r>
        <w:t xml:space="preserve">   ☐ Jā    ☐ Nē</w:t>
      </w:r>
    </w:p>
    <w:p w14:paraId="0F4506CD" w14:textId="77777777" w:rsidR="005C5EDA" w:rsidRDefault="00000000">
      <w:pPr>
        <w:spacing w:after="60"/>
      </w:pPr>
      <w:r>
        <w:rPr>
          <w:b/>
        </w:rPr>
        <w:t>Vai uzņēmums ir izsniedzis aizdevumus?</w:t>
      </w:r>
      <w:r>
        <w:t xml:space="preserve">   ☐ Jā    ☐ Nē</w:t>
      </w:r>
    </w:p>
    <w:p w14:paraId="6622A0FD" w14:textId="77777777" w:rsidR="005C5EDA" w:rsidRDefault="00000000">
      <w:pPr>
        <w:spacing w:after="60"/>
      </w:pPr>
      <w:r>
        <w:rPr>
          <w:b/>
        </w:rPr>
        <w:t>Vai tuvākajā laikā plānots piesaistīt finansējumu?</w:t>
      </w:r>
      <w:r>
        <w:t xml:space="preserve">   ☐ Jā    ☐ Nē</w:t>
      </w:r>
    </w:p>
    <w:p w14:paraId="598704CB" w14:textId="77777777" w:rsidR="005C5EDA" w:rsidRDefault="00000000">
      <w:pPr>
        <w:pStyle w:val="Heading1"/>
      </w:pPr>
      <w:r>
        <w:t>12. SAISTĪTO PERSONU DARĪJUMI</w:t>
      </w:r>
    </w:p>
    <w:p w14:paraId="2BCFB564" w14:textId="77777777" w:rsidR="005C5EDA" w:rsidRDefault="00000000">
      <w:pPr>
        <w:spacing w:after="60"/>
      </w:pPr>
      <w:r>
        <w:rPr>
          <w:b/>
        </w:rPr>
        <w:t>Vai uzņēmumam ir darījumi ar:</w:t>
      </w:r>
    </w:p>
    <w:p w14:paraId="5A6E8868" w14:textId="77777777" w:rsidR="005C5EDA" w:rsidRDefault="00000000">
      <w:pPr>
        <w:spacing w:after="0"/>
        <w:ind w:left="283"/>
      </w:pPr>
      <w:r>
        <w:t>☐ dalībniekiem</w:t>
      </w:r>
    </w:p>
    <w:p w14:paraId="5D73D7C5" w14:textId="77777777" w:rsidR="005C5EDA" w:rsidRDefault="00000000">
      <w:pPr>
        <w:spacing w:after="0"/>
        <w:ind w:left="283"/>
      </w:pPr>
      <w:r>
        <w:t>☐ valdes locekļiem</w:t>
      </w:r>
    </w:p>
    <w:p w14:paraId="4029802D" w14:textId="77777777" w:rsidR="005C5EDA" w:rsidRDefault="00000000">
      <w:pPr>
        <w:spacing w:after="0"/>
        <w:ind w:left="283"/>
      </w:pPr>
      <w:r>
        <w:t>☐ radniecīgiem uzņēmumiem</w:t>
      </w:r>
    </w:p>
    <w:p w14:paraId="13270F80" w14:textId="77777777" w:rsidR="005C5EDA" w:rsidRDefault="00000000">
      <w:pPr>
        <w:spacing w:after="0"/>
        <w:ind w:left="283"/>
      </w:pPr>
      <w:r>
        <w:t>☐ uzņēmumiem ar kopīgiem īpašniekiem</w:t>
      </w:r>
    </w:p>
    <w:p w14:paraId="5C8A4A1C" w14:textId="77777777" w:rsidR="005C5EDA" w:rsidRDefault="00000000">
      <w:pPr>
        <w:spacing w:after="0"/>
        <w:ind w:left="283"/>
      </w:pPr>
      <w:r>
        <w:t>☐ citām saistītām personām</w:t>
      </w:r>
    </w:p>
    <w:p w14:paraId="4049FF3F" w14:textId="77777777" w:rsidR="005C5EDA" w:rsidRDefault="00000000">
      <w:pPr>
        <w:spacing w:after="0"/>
        <w:ind w:left="283"/>
      </w:pPr>
      <w:r>
        <w:t>☐ nav</w:t>
      </w:r>
    </w:p>
    <w:p w14:paraId="71D1DD04" w14:textId="77777777" w:rsidR="005C5EDA" w:rsidRDefault="00000000">
      <w:pPr>
        <w:spacing w:after="40"/>
      </w:pPr>
      <w:r>
        <w:rPr>
          <w:b/>
        </w:rPr>
        <w:t>Ja ir, īsi raksturojiet:</w:t>
      </w:r>
    </w:p>
    <w:p w14:paraId="1B18C716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209A485F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59D732E3" w14:textId="77777777" w:rsidR="005C5EDA" w:rsidRDefault="00000000">
      <w:pPr>
        <w:pStyle w:val="Heading1"/>
      </w:pPr>
      <w:r>
        <w:t>13. PAŠREIZĒJĀ GRĀMATVEDĪBA</w:t>
      </w:r>
    </w:p>
    <w:p w14:paraId="2FC80828" w14:textId="77777777" w:rsidR="005C5EDA" w:rsidRDefault="00000000">
      <w:pPr>
        <w:spacing w:after="60"/>
      </w:pPr>
      <w:r>
        <w:rPr>
          <w:b/>
        </w:rPr>
        <w:t>Vai uzņēmumam pašlaik ir grāmatvedis / ārpakalpojuma grāmatvedis?</w:t>
      </w:r>
      <w:r>
        <w:t xml:space="preserve">   ☐ Jā    ☐ Nē</w:t>
      </w:r>
    </w:p>
    <w:p w14:paraId="27EDAA45" w14:textId="77777777" w:rsidR="005C5EDA" w:rsidRDefault="00000000">
      <w:pPr>
        <w:spacing w:after="40"/>
      </w:pPr>
      <w:r>
        <w:rPr>
          <w:b/>
        </w:rPr>
        <w:t>Kādēļ tiek plānota grāmatveža maiņa?</w:t>
      </w:r>
    </w:p>
    <w:p w14:paraId="63A9D455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0543B4B9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1178C9A5" w14:textId="77777777" w:rsidR="005C5EDA" w:rsidRDefault="00000000">
      <w:pPr>
        <w:spacing w:after="40"/>
      </w:pPr>
      <w:r>
        <w:rPr>
          <w:b/>
        </w:rPr>
        <w:t>Līdz kuram periodam grāmatvedība ir sakārtota?</w:t>
      </w:r>
    </w:p>
    <w:p w14:paraId="61DC6767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5F77B78D" w14:textId="77777777" w:rsidR="005C5EDA" w:rsidRDefault="00000000">
      <w:pPr>
        <w:spacing w:after="60"/>
      </w:pPr>
      <w:r>
        <w:rPr>
          <w:b/>
        </w:rPr>
        <w:lastRenderedPageBreak/>
        <w:t>Vai ir neiesniegtas deklarācijas vai pārskati?</w:t>
      </w:r>
      <w:r>
        <w:t xml:space="preserve">   ☐ Jā    ☐ Nē    ☐ Nezinu</w:t>
      </w:r>
    </w:p>
    <w:p w14:paraId="0EC993F6" w14:textId="77777777" w:rsidR="005C5EDA" w:rsidRDefault="00000000">
      <w:pPr>
        <w:spacing w:after="40"/>
      </w:pPr>
      <w:r>
        <w:rPr>
          <w:b/>
        </w:rPr>
        <w:t>Ja jā, norādiet:</w:t>
      </w:r>
    </w:p>
    <w:p w14:paraId="663E01E2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3DB19CF" w14:textId="77777777" w:rsidR="005C5EDA" w:rsidRDefault="00000000">
      <w:pPr>
        <w:spacing w:after="60"/>
      </w:pPr>
      <w:r>
        <w:rPr>
          <w:b/>
        </w:rPr>
        <w:t>Vai ir nepieciešama iepriekšējo periodu grāmatvedības pārbaude vai sakārtošana?</w:t>
      </w:r>
      <w:r>
        <w:t xml:space="preserve">   ☐ Jā    ☐ Nē    ☐ Nepieciešams izvērtēt</w:t>
      </w:r>
    </w:p>
    <w:p w14:paraId="377A0AD1" w14:textId="77777777" w:rsidR="005C5EDA" w:rsidRDefault="00000000">
      <w:pPr>
        <w:pStyle w:val="Heading1"/>
      </w:pPr>
      <w:r>
        <w:t>14. GRĀMATVEDĪBAS PROGRAMMA</w:t>
      </w:r>
    </w:p>
    <w:p w14:paraId="5FFDCE10" w14:textId="77777777" w:rsidR="005C5EDA" w:rsidRDefault="00000000">
      <w:pPr>
        <w:spacing w:after="40"/>
      </w:pPr>
      <w:r>
        <w:rPr>
          <w:b/>
        </w:rPr>
        <w:t>Pašreiz izmantotā grāmatvedības programma:</w:t>
      </w:r>
    </w:p>
    <w:p w14:paraId="26D7295C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275A7754" w14:textId="77777777" w:rsidR="005C5EDA" w:rsidRDefault="00000000">
      <w:pPr>
        <w:spacing w:after="60"/>
      </w:pPr>
      <w:r>
        <w:rPr>
          <w:b/>
        </w:rPr>
        <w:t>Vai vēlaties turpināt darbu esošajā programmā?</w:t>
      </w:r>
      <w:r>
        <w:t xml:space="preserve">   ☐ Jā    ☐ Nē    ☐ Nepieciešams izvērtēt</w:t>
      </w:r>
    </w:p>
    <w:p w14:paraId="54A0A13D" w14:textId="77777777" w:rsidR="005C5EDA" w:rsidRDefault="00000000">
      <w:pPr>
        <w:spacing w:after="60"/>
      </w:pPr>
      <w:r>
        <w:rPr>
          <w:b/>
        </w:rPr>
        <w:t>Vai uzņēmumam ir citas sistēmas, kuras nepieciešams sasaistīt ar grāmatvedību?</w:t>
      </w:r>
    </w:p>
    <w:p w14:paraId="31568531" w14:textId="77777777" w:rsidR="005C5EDA" w:rsidRDefault="00000000">
      <w:pPr>
        <w:spacing w:after="0"/>
        <w:ind w:left="283"/>
      </w:pPr>
      <w:r>
        <w:t>☐ CRM</w:t>
      </w:r>
    </w:p>
    <w:p w14:paraId="5F406F15" w14:textId="77777777" w:rsidR="005C5EDA" w:rsidRDefault="00000000">
      <w:pPr>
        <w:spacing w:after="0"/>
        <w:ind w:left="283"/>
      </w:pPr>
      <w:r>
        <w:t>☐ noliktavas programma</w:t>
      </w:r>
    </w:p>
    <w:p w14:paraId="45F26101" w14:textId="77777777" w:rsidR="005C5EDA" w:rsidRDefault="00000000">
      <w:pPr>
        <w:spacing w:after="0"/>
        <w:ind w:left="283"/>
      </w:pPr>
      <w:r>
        <w:t>☐ e-veikals</w:t>
      </w:r>
    </w:p>
    <w:p w14:paraId="7E803E2C" w14:textId="77777777" w:rsidR="005C5EDA" w:rsidRDefault="00000000">
      <w:pPr>
        <w:spacing w:after="0"/>
        <w:ind w:left="283"/>
      </w:pPr>
      <w:r>
        <w:t>☐ kases sistēma</w:t>
      </w:r>
    </w:p>
    <w:p w14:paraId="18DE23E2" w14:textId="77777777" w:rsidR="005C5EDA" w:rsidRDefault="00000000">
      <w:pPr>
        <w:spacing w:after="0"/>
        <w:ind w:left="283"/>
      </w:pPr>
      <w:r>
        <w:t>☐ rēķinu izrakstīšanas sistēma</w:t>
      </w:r>
    </w:p>
    <w:p w14:paraId="1D135F5C" w14:textId="77777777" w:rsidR="005C5EDA" w:rsidRDefault="00000000">
      <w:pPr>
        <w:spacing w:after="0"/>
        <w:ind w:left="283"/>
      </w:pPr>
      <w:r>
        <w:t>☐ cita: __________________</w:t>
      </w:r>
    </w:p>
    <w:p w14:paraId="0B3E0020" w14:textId="77777777" w:rsidR="005C5EDA" w:rsidRDefault="00000000">
      <w:pPr>
        <w:pStyle w:val="Heading1"/>
      </w:pPr>
      <w:r>
        <w:t>15. E-KOMERCIJA UN PLATFORMAS</w:t>
      </w:r>
    </w:p>
    <w:p w14:paraId="64978BD6" w14:textId="77777777" w:rsidR="005C5EDA" w:rsidRDefault="00000000">
      <w:pPr>
        <w:spacing w:after="60"/>
      </w:pPr>
      <w:r>
        <w:rPr>
          <w:b/>
        </w:rPr>
        <w:t>Vai uzņēmums tirgo preces vai pakalpojumus internetā?</w:t>
      </w:r>
      <w:r>
        <w:t xml:space="preserve">   ☐ Jā    ☐ Nē</w:t>
      </w:r>
    </w:p>
    <w:p w14:paraId="24DC8422" w14:textId="77777777" w:rsidR="005C5EDA" w:rsidRDefault="00000000">
      <w:pPr>
        <w:spacing w:after="60"/>
      </w:pPr>
      <w:r>
        <w:rPr>
          <w:b/>
        </w:rPr>
        <w:t>Ja jā, norādiet platformas:</w:t>
      </w:r>
    </w:p>
    <w:p w14:paraId="3AC5DBB4" w14:textId="77777777" w:rsidR="005C5EDA" w:rsidRDefault="00000000">
      <w:pPr>
        <w:spacing w:after="0"/>
        <w:ind w:left="283"/>
      </w:pPr>
      <w:r>
        <w:t>☐ savs e-veikals</w:t>
      </w:r>
    </w:p>
    <w:p w14:paraId="538A4994" w14:textId="77777777" w:rsidR="005C5EDA" w:rsidRDefault="00000000">
      <w:pPr>
        <w:spacing w:after="0"/>
        <w:ind w:left="283"/>
      </w:pPr>
      <w:r>
        <w:t>☐ Amazon</w:t>
      </w:r>
    </w:p>
    <w:p w14:paraId="7B358DA6" w14:textId="77777777" w:rsidR="005C5EDA" w:rsidRDefault="00000000">
      <w:pPr>
        <w:spacing w:after="0"/>
        <w:ind w:left="283"/>
      </w:pPr>
      <w:r>
        <w:t>☐ Etsy</w:t>
      </w:r>
    </w:p>
    <w:p w14:paraId="5088262B" w14:textId="77777777" w:rsidR="005C5EDA" w:rsidRDefault="00000000">
      <w:pPr>
        <w:spacing w:after="0"/>
        <w:ind w:left="283"/>
      </w:pPr>
      <w:r>
        <w:t>☐ eBay</w:t>
      </w:r>
    </w:p>
    <w:p w14:paraId="122D2C0C" w14:textId="77777777" w:rsidR="005C5EDA" w:rsidRDefault="00000000">
      <w:pPr>
        <w:spacing w:after="0"/>
        <w:ind w:left="283"/>
      </w:pPr>
      <w:r>
        <w:t>☐ Shopify</w:t>
      </w:r>
    </w:p>
    <w:p w14:paraId="69FF7577" w14:textId="77777777" w:rsidR="005C5EDA" w:rsidRDefault="00000000">
      <w:pPr>
        <w:spacing w:after="0"/>
        <w:ind w:left="283"/>
      </w:pPr>
      <w:r>
        <w:t>☐ Booking</w:t>
      </w:r>
    </w:p>
    <w:p w14:paraId="084A3D69" w14:textId="77777777" w:rsidR="005C5EDA" w:rsidRDefault="00000000">
      <w:pPr>
        <w:spacing w:after="0"/>
        <w:ind w:left="283"/>
      </w:pPr>
      <w:r>
        <w:t>☐ Bolt / Wolt</w:t>
      </w:r>
    </w:p>
    <w:p w14:paraId="23229D31" w14:textId="77777777" w:rsidR="005C5EDA" w:rsidRDefault="00000000">
      <w:pPr>
        <w:spacing w:after="0"/>
        <w:ind w:left="283"/>
      </w:pPr>
      <w:r>
        <w:t>☐ cita: __________________</w:t>
      </w:r>
    </w:p>
    <w:p w14:paraId="01F5358C" w14:textId="77777777" w:rsidR="005C5EDA" w:rsidRDefault="00000000">
      <w:pPr>
        <w:pStyle w:val="Heading1"/>
      </w:pPr>
      <w:r>
        <w:t>16. PAPILDU PAKALPOJUMI</w:t>
      </w:r>
    </w:p>
    <w:p w14:paraId="3714000C" w14:textId="77777777" w:rsidR="005C5EDA" w:rsidRDefault="00000000">
      <w:pPr>
        <w:spacing w:after="60"/>
      </w:pPr>
      <w:r>
        <w:rPr>
          <w:b/>
        </w:rPr>
        <w:t>Atzīmējiet pakalpojumus, kuri varētu būt nepieciešami:</w:t>
      </w:r>
    </w:p>
    <w:p w14:paraId="15528B14" w14:textId="47EBD7A0" w:rsidR="005C5EDA" w:rsidRDefault="00000000">
      <w:pPr>
        <w:spacing w:after="0"/>
        <w:ind w:left="283"/>
      </w:pPr>
      <w:r>
        <w:t xml:space="preserve">☐ gada </w:t>
      </w:r>
      <w:proofErr w:type="spellStart"/>
      <w:r>
        <w:t>pārskata</w:t>
      </w:r>
      <w:proofErr w:type="spellEnd"/>
      <w:r>
        <w:t xml:space="preserve"> </w:t>
      </w:r>
      <w:proofErr w:type="spellStart"/>
      <w:r>
        <w:t>sagatavošana</w:t>
      </w:r>
      <w:proofErr w:type="spellEnd"/>
      <w:r w:rsidR="00F3386C">
        <w:t xml:space="preserve"> (</w:t>
      </w:r>
      <w:proofErr w:type="spellStart"/>
      <w:r w:rsidR="00F3386C">
        <w:t>iepriekšējie</w:t>
      </w:r>
      <w:proofErr w:type="spellEnd"/>
      <w:r w:rsidR="00F3386C">
        <w:t xml:space="preserve"> </w:t>
      </w:r>
      <w:proofErr w:type="spellStart"/>
      <w:r w:rsidR="00F3386C">
        <w:t>periodi</w:t>
      </w:r>
      <w:proofErr w:type="spellEnd"/>
      <w:r w:rsidR="00F3386C">
        <w:t>)</w:t>
      </w:r>
    </w:p>
    <w:p w14:paraId="1AAE4A05" w14:textId="511500E4" w:rsidR="005C5EDA" w:rsidRDefault="00000000">
      <w:pPr>
        <w:spacing w:after="0"/>
        <w:ind w:left="283"/>
      </w:pPr>
      <w:r>
        <w:t xml:space="preserve">☐ </w:t>
      </w:r>
      <w:proofErr w:type="spellStart"/>
      <w:r>
        <w:t>algu</w:t>
      </w:r>
      <w:proofErr w:type="spellEnd"/>
      <w:r>
        <w:t xml:space="preserve"> </w:t>
      </w:r>
      <w:proofErr w:type="spellStart"/>
      <w:r>
        <w:t>aprēķins</w:t>
      </w:r>
      <w:proofErr w:type="spellEnd"/>
      <w:r w:rsidR="00F3386C">
        <w:t xml:space="preserve"> (</w:t>
      </w:r>
      <w:proofErr w:type="spellStart"/>
      <w:r w:rsidR="00F3386C">
        <w:t>iepriekšējie</w:t>
      </w:r>
      <w:proofErr w:type="spellEnd"/>
      <w:r w:rsidR="00F3386C">
        <w:t xml:space="preserve"> </w:t>
      </w:r>
      <w:proofErr w:type="spellStart"/>
      <w:r w:rsidR="00F3386C">
        <w:t>periodi</w:t>
      </w:r>
      <w:proofErr w:type="spellEnd"/>
      <w:r w:rsidR="00F3386C">
        <w:t>)</w:t>
      </w:r>
    </w:p>
    <w:p w14:paraId="2B5A6DCC" w14:textId="77777777" w:rsidR="005C5EDA" w:rsidRDefault="00000000">
      <w:pPr>
        <w:spacing w:after="0"/>
        <w:ind w:left="283"/>
      </w:pPr>
      <w:r>
        <w:t xml:space="preserve">☐ </w:t>
      </w:r>
      <w:proofErr w:type="spellStart"/>
      <w:r>
        <w:t>personāla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sagatavošana</w:t>
      </w:r>
      <w:proofErr w:type="spellEnd"/>
    </w:p>
    <w:p w14:paraId="4732E5A1" w14:textId="77777777" w:rsidR="005C5EDA" w:rsidRDefault="00000000">
      <w:pPr>
        <w:spacing w:after="0"/>
        <w:ind w:left="283"/>
      </w:pPr>
      <w:r>
        <w:t>☐ darba līgumu sagatavošana</w:t>
      </w:r>
    </w:p>
    <w:p w14:paraId="06A02603" w14:textId="77777777" w:rsidR="005C5EDA" w:rsidRDefault="00000000">
      <w:pPr>
        <w:spacing w:after="0"/>
        <w:ind w:left="283"/>
      </w:pPr>
      <w:r>
        <w:t>☐ finanšu analīze</w:t>
      </w:r>
    </w:p>
    <w:p w14:paraId="48DEF05F" w14:textId="77777777" w:rsidR="005C5EDA" w:rsidRDefault="00000000">
      <w:pPr>
        <w:spacing w:after="0"/>
        <w:ind w:left="283"/>
      </w:pPr>
      <w:r>
        <w:t>☐ vadības atskaites</w:t>
      </w:r>
    </w:p>
    <w:p w14:paraId="2BB83797" w14:textId="77777777" w:rsidR="005C5EDA" w:rsidRDefault="00000000">
      <w:pPr>
        <w:spacing w:after="0"/>
        <w:ind w:left="283"/>
      </w:pPr>
      <w:r>
        <w:t>☐ naudas plūsmas pārskati</w:t>
      </w:r>
    </w:p>
    <w:p w14:paraId="553975D8" w14:textId="77777777" w:rsidR="005C5EDA" w:rsidRDefault="00000000">
      <w:pPr>
        <w:spacing w:after="0"/>
        <w:ind w:left="283"/>
      </w:pPr>
      <w:r>
        <w:t>☐ budžeta sagatavošana</w:t>
      </w:r>
    </w:p>
    <w:p w14:paraId="186ABF14" w14:textId="77777777" w:rsidR="005C5EDA" w:rsidRDefault="00000000">
      <w:pPr>
        <w:spacing w:after="0"/>
        <w:ind w:left="283"/>
      </w:pPr>
      <w:r>
        <w:t>☐ debitoru kontrole</w:t>
      </w:r>
    </w:p>
    <w:p w14:paraId="5231336A" w14:textId="77777777" w:rsidR="005C5EDA" w:rsidRDefault="00000000">
      <w:pPr>
        <w:spacing w:after="0"/>
        <w:ind w:left="283"/>
      </w:pPr>
      <w:r>
        <w:t>☐ dokumentu sagatavošana bankām</w:t>
      </w:r>
    </w:p>
    <w:p w14:paraId="448E387B" w14:textId="77777777" w:rsidR="005C5EDA" w:rsidRDefault="00000000">
      <w:pPr>
        <w:spacing w:after="0"/>
        <w:ind w:left="283"/>
      </w:pPr>
      <w:r>
        <w:t>☐ VID pieprasījumu un paskaidrojumu sagatavošana</w:t>
      </w:r>
    </w:p>
    <w:p w14:paraId="1F19B1C2" w14:textId="77777777" w:rsidR="005C5EDA" w:rsidRDefault="00000000">
      <w:pPr>
        <w:spacing w:after="0"/>
        <w:ind w:left="283"/>
      </w:pPr>
      <w:r>
        <w:t>☐ pārstāvība / palīdzība VID pārbaudēs</w:t>
      </w:r>
    </w:p>
    <w:p w14:paraId="37C5289B" w14:textId="77777777" w:rsidR="005C5EDA" w:rsidRDefault="00000000">
      <w:pPr>
        <w:spacing w:after="0"/>
        <w:ind w:left="283"/>
      </w:pPr>
      <w:r>
        <w:t>☐ darbs ar auditoru vai zvērinātu revidentu</w:t>
      </w:r>
    </w:p>
    <w:p w14:paraId="21B3A6F1" w14:textId="77777777" w:rsidR="005C5EDA" w:rsidRDefault="00000000">
      <w:pPr>
        <w:spacing w:after="0"/>
        <w:ind w:left="283"/>
      </w:pPr>
      <w:r>
        <w:t>☐ nodokļu konsultācijas</w:t>
      </w:r>
    </w:p>
    <w:p w14:paraId="04181CDC" w14:textId="77777777" w:rsidR="005C5EDA" w:rsidRDefault="00000000">
      <w:pPr>
        <w:spacing w:after="0"/>
        <w:ind w:left="283"/>
      </w:pPr>
      <w:r>
        <w:t>☐ uzņēmuma reģistrācijas datu izmaiņas</w:t>
      </w:r>
    </w:p>
    <w:p w14:paraId="2C17C4F8" w14:textId="77777777" w:rsidR="005C5EDA" w:rsidRDefault="00000000">
      <w:pPr>
        <w:spacing w:after="0"/>
        <w:ind w:left="283"/>
      </w:pPr>
      <w:r>
        <w:lastRenderedPageBreak/>
        <w:t>☐ NILLTPFN dokumentācijas jautājumi</w:t>
      </w:r>
    </w:p>
    <w:p w14:paraId="26EC158B" w14:textId="77777777" w:rsidR="005C5EDA" w:rsidRDefault="00000000">
      <w:pPr>
        <w:spacing w:after="0"/>
        <w:ind w:left="283"/>
      </w:pPr>
      <w:r>
        <w:t>☐ cits: _______________________________________</w:t>
      </w:r>
    </w:p>
    <w:p w14:paraId="4A0338DB" w14:textId="77777777" w:rsidR="005C5EDA" w:rsidRDefault="00000000">
      <w:pPr>
        <w:pStyle w:val="Heading1"/>
      </w:pPr>
      <w:r>
        <w:t>17. DOKUMENTU APRITE</w:t>
      </w:r>
    </w:p>
    <w:p w14:paraId="78A90EB5" w14:textId="77777777" w:rsidR="005C5EDA" w:rsidRDefault="00000000">
      <w:pPr>
        <w:spacing w:after="60"/>
      </w:pPr>
      <w:r>
        <w:rPr>
          <w:b/>
        </w:rPr>
        <w:t>Vēlamais dokumentu iesniegšanas veids:</w:t>
      </w:r>
    </w:p>
    <w:p w14:paraId="08A63E34" w14:textId="77777777" w:rsidR="005C5EDA" w:rsidRDefault="00000000">
      <w:pPr>
        <w:spacing w:after="0"/>
        <w:ind w:left="283"/>
      </w:pPr>
      <w:r>
        <w:t>☐ e-pasts</w:t>
      </w:r>
    </w:p>
    <w:p w14:paraId="6CACFB86" w14:textId="77777777" w:rsidR="005C5EDA" w:rsidRDefault="00000000">
      <w:pPr>
        <w:spacing w:after="0"/>
        <w:ind w:left="283"/>
      </w:pPr>
      <w:r>
        <w:t>☐ koplietojama elektroniskā mape</w:t>
      </w:r>
    </w:p>
    <w:p w14:paraId="433A2B15" w14:textId="77777777" w:rsidR="005C5EDA" w:rsidRDefault="00000000">
      <w:pPr>
        <w:spacing w:after="0"/>
        <w:ind w:left="283"/>
      </w:pPr>
      <w:r>
        <w:t>☐ grāmatvedības programma</w:t>
      </w:r>
    </w:p>
    <w:p w14:paraId="29939195" w14:textId="77777777" w:rsidR="005C5EDA" w:rsidRDefault="00000000">
      <w:pPr>
        <w:spacing w:after="0"/>
        <w:ind w:left="283"/>
      </w:pPr>
      <w:r>
        <w:t>☐ dokumentu vadības sistēma</w:t>
      </w:r>
    </w:p>
    <w:p w14:paraId="1D44C983" w14:textId="77777777" w:rsidR="005C5EDA" w:rsidRDefault="00000000">
      <w:pPr>
        <w:spacing w:after="0"/>
        <w:ind w:left="283"/>
      </w:pPr>
      <w:r>
        <w:t>☐ papīra dokumenti</w:t>
      </w:r>
    </w:p>
    <w:p w14:paraId="72F36BE5" w14:textId="77777777" w:rsidR="005C5EDA" w:rsidRDefault="00000000">
      <w:pPr>
        <w:spacing w:after="0"/>
        <w:ind w:left="283"/>
      </w:pPr>
      <w:r>
        <w:t>☐ cits: __________________</w:t>
      </w:r>
    </w:p>
    <w:p w14:paraId="7F7F3111" w14:textId="77777777" w:rsidR="005C5EDA" w:rsidRDefault="00000000">
      <w:pPr>
        <w:spacing w:after="60"/>
      </w:pPr>
      <w:r>
        <w:rPr>
          <w:b/>
        </w:rPr>
        <w:t>Vai Klients var nodrošināt visu iepriekšējā mēneša dokumentu iesniegšanu līdz nākamā mēneša 10. datumam?</w:t>
      </w:r>
      <w:r>
        <w:t xml:space="preserve">   ☐ Jā    ☐ Nē</w:t>
      </w:r>
    </w:p>
    <w:p w14:paraId="4D8A4333" w14:textId="77777777" w:rsidR="005C5EDA" w:rsidRDefault="00000000">
      <w:pPr>
        <w:spacing w:after="40"/>
      </w:pPr>
      <w:r>
        <w:rPr>
          <w:b/>
        </w:rPr>
        <w:t>Ja nē, norādiet iemeslu:</w:t>
      </w:r>
    </w:p>
    <w:p w14:paraId="4C40D644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6E68C744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44B1705E" w14:textId="77777777" w:rsidR="005C5EDA" w:rsidRDefault="00000000">
      <w:pPr>
        <w:pStyle w:val="Heading1"/>
      </w:pPr>
      <w:r>
        <w:t>18. VID UN CITU IESTĀŽU JAUTĀJUMI</w:t>
      </w:r>
    </w:p>
    <w:p w14:paraId="663098F1" w14:textId="77777777" w:rsidR="005C5EDA" w:rsidRDefault="00000000">
      <w:pPr>
        <w:spacing w:after="60"/>
      </w:pPr>
      <w:r>
        <w:rPr>
          <w:b/>
        </w:rPr>
        <w:t>Vai pašlaik ir aktuāli VID pieprasījumi, pārbaudes vai auditi?</w:t>
      </w:r>
      <w:r>
        <w:t xml:space="preserve">   ☐ Jā    ☐ Nē</w:t>
      </w:r>
    </w:p>
    <w:p w14:paraId="71684ABC" w14:textId="77777777" w:rsidR="005C5EDA" w:rsidRDefault="00000000">
      <w:pPr>
        <w:spacing w:after="40"/>
      </w:pPr>
      <w:r>
        <w:rPr>
          <w:b/>
        </w:rPr>
        <w:t>Ja jā, raksturojiet:</w:t>
      </w:r>
    </w:p>
    <w:p w14:paraId="490811CC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559F908E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6579826F" w14:textId="77777777" w:rsidR="005C5EDA" w:rsidRDefault="00000000">
      <w:pPr>
        <w:spacing w:after="60"/>
      </w:pPr>
      <w:r>
        <w:rPr>
          <w:b/>
        </w:rPr>
        <w:t>Vai uzņēmumam ir nodokļu parādi?</w:t>
      </w:r>
      <w:r>
        <w:t xml:space="preserve">   ☐ Jā    ☐ Nē    ☐ Nezinu</w:t>
      </w:r>
    </w:p>
    <w:p w14:paraId="018DB6EB" w14:textId="77777777" w:rsidR="005C5EDA" w:rsidRDefault="00000000">
      <w:pPr>
        <w:spacing w:after="60"/>
      </w:pPr>
      <w:r>
        <w:rPr>
          <w:b/>
        </w:rPr>
        <w:t>Vai pastāv citi būtiski nenokārtoti grāmatvedības vai nodokļu jautājumi?</w:t>
      </w:r>
      <w:r>
        <w:t xml:space="preserve">   ☐ Jā    ☐ Nē</w:t>
      </w:r>
    </w:p>
    <w:p w14:paraId="34AEF9A3" w14:textId="77777777" w:rsidR="005C5EDA" w:rsidRDefault="00000000">
      <w:pPr>
        <w:spacing w:after="40"/>
      </w:pPr>
      <w:r>
        <w:rPr>
          <w:b/>
        </w:rPr>
        <w:t>Ja jā:</w:t>
      </w:r>
    </w:p>
    <w:p w14:paraId="37ABB8C2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51DBC7F3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79292C9" w14:textId="77777777" w:rsidR="005C5EDA" w:rsidRDefault="00000000">
      <w:pPr>
        <w:pStyle w:val="Heading1"/>
      </w:pPr>
      <w:r>
        <w:t>19. ĪPAŠI APSTĀKĻI</w:t>
      </w:r>
    </w:p>
    <w:p w14:paraId="4D161D3C" w14:textId="77777777" w:rsidR="005C5EDA" w:rsidRDefault="00000000">
      <w:pPr>
        <w:spacing w:after="40"/>
      </w:pPr>
      <w:r>
        <w:rPr>
          <w:b/>
        </w:rPr>
        <w:t>Lūdzu, norādiet jebkuru citu informāciju, kas varētu būt būtiska grāmatvedības organizēšanai vai pakalpojuma cenas noteikšanai:</w:t>
      </w:r>
    </w:p>
    <w:p w14:paraId="646C5625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2B31B0FE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2C5FDB2A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74679A65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459B011D" w14:textId="77777777" w:rsidR="005C5EDA" w:rsidRDefault="00000000">
      <w:pPr>
        <w:pStyle w:val="Heading1"/>
      </w:pPr>
      <w:r>
        <w:t>20. KLIENTA VĒLMES UN SAGAIDĀMAIS SADARBĪBAS MODELIS</w:t>
      </w:r>
    </w:p>
    <w:p w14:paraId="66868914" w14:textId="77777777" w:rsidR="005C5EDA" w:rsidRDefault="00000000">
      <w:pPr>
        <w:spacing w:after="40"/>
      </w:pPr>
      <w:r>
        <w:rPr>
          <w:b/>
        </w:rPr>
        <w:t>Ko Jūs sagaidāt no ārpakalpojuma grāmatveža?</w:t>
      </w:r>
    </w:p>
    <w:p w14:paraId="5245B269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56DA406F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0DE6B772" w14:textId="77777777" w:rsidR="005C5EDA" w:rsidRDefault="00000000">
      <w:pPr>
        <w:spacing w:after="40"/>
      </w:pPr>
      <w:r>
        <w:t>____________________________________________________________________________________________</w:t>
      </w:r>
    </w:p>
    <w:p w14:paraId="67185113" w14:textId="77777777" w:rsidR="005C5EDA" w:rsidRDefault="00000000">
      <w:pPr>
        <w:spacing w:after="60"/>
      </w:pPr>
      <w:r>
        <w:rPr>
          <w:b/>
        </w:rPr>
        <w:t>Cik bieži vēlaties saņemt finanšu informāciju par uzņēmuma darbības rezultātiem?</w:t>
      </w:r>
    </w:p>
    <w:p w14:paraId="2AEB3CBD" w14:textId="77777777" w:rsidR="005C5EDA" w:rsidRDefault="00000000">
      <w:pPr>
        <w:spacing w:after="0"/>
        <w:ind w:left="283"/>
      </w:pPr>
      <w:r>
        <w:t>☐ reizi mēnesī</w:t>
      </w:r>
    </w:p>
    <w:p w14:paraId="1D85FBA6" w14:textId="77777777" w:rsidR="005C5EDA" w:rsidRDefault="00000000">
      <w:pPr>
        <w:spacing w:after="0"/>
        <w:ind w:left="283"/>
      </w:pPr>
      <w:r>
        <w:t>☐ reizi ceturksnī</w:t>
      </w:r>
    </w:p>
    <w:p w14:paraId="3813D2BE" w14:textId="77777777" w:rsidR="005C5EDA" w:rsidRDefault="00000000">
      <w:pPr>
        <w:spacing w:after="0"/>
        <w:ind w:left="283"/>
      </w:pPr>
      <w:r>
        <w:t>☐ pēc nepieciešamības</w:t>
      </w:r>
    </w:p>
    <w:p w14:paraId="6B8888C8" w14:textId="77777777" w:rsidR="005C5EDA" w:rsidRDefault="00000000">
      <w:pPr>
        <w:spacing w:after="0"/>
        <w:ind w:left="283"/>
      </w:pPr>
      <w:r>
        <w:lastRenderedPageBreak/>
        <w:t>☐ tikai gada pārskata ietvaros</w:t>
      </w:r>
    </w:p>
    <w:p w14:paraId="6FF43E9D" w14:textId="77777777" w:rsidR="005C5EDA" w:rsidRDefault="00000000">
      <w:pPr>
        <w:spacing w:after="60"/>
      </w:pPr>
      <w:r>
        <w:rPr>
          <w:b/>
        </w:rPr>
        <w:t>Vai nepieciešamas regulāras konsultācijas ar uzņēmuma vadību?</w:t>
      </w:r>
      <w:r>
        <w:t xml:space="preserve">   ☐ Jā    ☐ Nē</w:t>
      </w:r>
    </w:p>
    <w:p w14:paraId="081304D9" w14:textId="77777777" w:rsidR="005C5EDA" w:rsidRDefault="00000000">
      <w:pPr>
        <w:pStyle w:val="Heading1"/>
      </w:pPr>
      <w:r>
        <w:t>21. APLIECINĀJUMS</w:t>
      </w:r>
    </w:p>
    <w:p w14:paraId="5CADBD64" w14:textId="77777777" w:rsidR="005C5EDA" w:rsidRDefault="00000000">
      <w:pPr>
        <w:spacing w:after="80"/>
      </w:pPr>
      <w:r>
        <w:t>Ar anketas parakstīšanu Klients apliecina, ka sniegtā informācija pēc tā rīcībā esošajām ziņām ir patiesa un pilnīga.</w:t>
      </w:r>
    </w:p>
    <w:p w14:paraId="104786E3" w14:textId="77777777" w:rsidR="005C5EDA" w:rsidRDefault="00000000">
      <w:pPr>
        <w:spacing w:after="40"/>
      </w:pPr>
      <w:r>
        <w:t>Klients apzinās, ka šajā anketā sniegtā informācija var tikt izmantota:</w:t>
      </w:r>
    </w:p>
    <w:p w14:paraId="230E78F9" w14:textId="77777777" w:rsidR="005C5EDA" w:rsidRDefault="00000000">
      <w:pPr>
        <w:pStyle w:val="ListBullet"/>
        <w:spacing w:after="0"/>
      </w:pPr>
      <w:r>
        <w:t>pakalpojuma apjoma noteikšanai;</w:t>
      </w:r>
    </w:p>
    <w:p w14:paraId="7D43BF5F" w14:textId="77777777" w:rsidR="005C5EDA" w:rsidRDefault="00000000">
      <w:pPr>
        <w:pStyle w:val="ListBullet"/>
        <w:spacing w:after="0"/>
      </w:pPr>
      <w:r>
        <w:t>pakalpojuma cenas aprēķināšanai;</w:t>
      </w:r>
    </w:p>
    <w:p w14:paraId="2B119454" w14:textId="77777777" w:rsidR="005C5EDA" w:rsidRDefault="00000000">
      <w:pPr>
        <w:pStyle w:val="ListBullet"/>
        <w:spacing w:after="0"/>
      </w:pPr>
      <w:r>
        <w:t>grāmatvedības ārpakalpojuma līguma sagatavošanai;</w:t>
      </w:r>
    </w:p>
    <w:p w14:paraId="5C7414E2" w14:textId="77777777" w:rsidR="005C5EDA" w:rsidRDefault="00000000">
      <w:pPr>
        <w:pStyle w:val="ListBullet"/>
        <w:spacing w:after="0"/>
      </w:pPr>
      <w:r>
        <w:t>sākotnējai sadarbības un profesionālo risku izvērtēšanai.</w:t>
      </w:r>
    </w:p>
    <w:p w14:paraId="6C520F0B" w14:textId="77777777" w:rsidR="005C5EDA" w:rsidRDefault="00000000">
      <w:pPr>
        <w:spacing w:after="160"/>
      </w:pPr>
      <w:r>
        <w:t>Anketas aizpildīšana pati par sevi nerada pienākumu Pakalpojuma sniedzējam noslēgt grāmatvedības ārpakalpojuma līgumu.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3"/>
      </w:tblGrid>
      <w:tr w:rsidR="005C5EDA" w14:paraId="3D4532E2" w14:textId="77777777">
        <w:tc>
          <w:tcPr>
            <w:tcW w:w="2268" w:type="dxa"/>
            <w:vAlign w:val="center"/>
          </w:tcPr>
          <w:p w14:paraId="23181D3F" w14:textId="77777777" w:rsidR="005C5EDA" w:rsidRDefault="00000000">
            <w:pPr>
              <w:spacing w:after="0"/>
            </w:pPr>
            <w:r>
              <w:rPr>
                <w:b/>
              </w:rPr>
              <w:t>Klienta pārstāvis:</w:t>
            </w:r>
          </w:p>
        </w:tc>
        <w:tc>
          <w:tcPr>
            <w:tcW w:w="6803" w:type="dxa"/>
            <w:vAlign w:val="center"/>
          </w:tcPr>
          <w:p w14:paraId="6F26C44A" w14:textId="77777777" w:rsidR="005C5EDA" w:rsidRDefault="00000000">
            <w:pPr>
              <w:spacing w:after="0"/>
            </w:pPr>
            <w:r>
              <w:t>________________________________________________</w:t>
            </w:r>
          </w:p>
        </w:tc>
      </w:tr>
      <w:tr w:rsidR="005C5EDA" w14:paraId="6D09B189" w14:textId="77777777">
        <w:tc>
          <w:tcPr>
            <w:tcW w:w="2268" w:type="dxa"/>
            <w:vAlign w:val="center"/>
          </w:tcPr>
          <w:p w14:paraId="22BDE670" w14:textId="77777777" w:rsidR="005C5EDA" w:rsidRDefault="00000000">
            <w:pPr>
              <w:spacing w:after="0"/>
            </w:pPr>
            <w:r>
              <w:rPr>
                <w:b/>
              </w:rPr>
              <w:t>Amats:</w:t>
            </w:r>
          </w:p>
        </w:tc>
        <w:tc>
          <w:tcPr>
            <w:tcW w:w="6803" w:type="dxa"/>
            <w:vAlign w:val="center"/>
          </w:tcPr>
          <w:p w14:paraId="6A3E2476" w14:textId="77777777" w:rsidR="005C5EDA" w:rsidRDefault="00000000">
            <w:pPr>
              <w:spacing w:after="0"/>
            </w:pPr>
            <w:r>
              <w:t>________________________________________________</w:t>
            </w:r>
          </w:p>
        </w:tc>
      </w:tr>
      <w:tr w:rsidR="005C5EDA" w14:paraId="33D8CB81" w14:textId="77777777">
        <w:tc>
          <w:tcPr>
            <w:tcW w:w="2268" w:type="dxa"/>
            <w:vAlign w:val="center"/>
          </w:tcPr>
          <w:p w14:paraId="27ECB97A" w14:textId="77777777" w:rsidR="005C5EDA" w:rsidRDefault="00000000">
            <w:pPr>
              <w:spacing w:after="0"/>
            </w:pPr>
            <w:r>
              <w:rPr>
                <w:b/>
              </w:rPr>
              <w:t>Datums:</w:t>
            </w:r>
          </w:p>
        </w:tc>
        <w:tc>
          <w:tcPr>
            <w:tcW w:w="6803" w:type="dxa"/>
            <w:vAlign w:val="center"/>
          </w:tcPr>
          <w:p w14:paraId="3F943598" w14:textId="77777777" w:rsidR="005C5EDA" w:rsidRDefault="00000000">
            <w:pPr>
              <w:spacing w:after="0"/>
            </w:pPr>
            <w:r>
              <w:t>________________________________________________</w:t>
            </w:r>
          </w:p>
        </w:tc>
      </w:tr>
      <w:tr w:rsidR="005C5EDA" w14:paraId="6FA810DC" w14:textId="77777777">
        <w:tc>
          <w:tcPr>
            <w:tcW w:w="2268" w:type="dxa"/>
            <w:vAlign w:val="center"/>
          </w:tcPr>
          <w:p w14:paraId="1F03F20D" w14:textId="77777777" w:rsidR="005C5EDA" w:rsidRDefault="00000000">
            <w:pPr>
              <w:spacing w:after="0"/>
            </w:pPr>
            <w:r>
              <w:rPr>
                <w:b/>
              </w:rPr>
              <w:t>Paraksts:</w:t>
            </w:r>
          </w:p>
        </w:tc>
        <w:tc>
          <w:tcPr>
            <w:tcW w:w="6803" w:type="dxa"/>
            <w:vAlign w:val="center"/>
          </w:tcPr>
          <w:p w14:paraId="75699C8F" w14:textId="77777777" w:rsidR="005C5EDA" w:rsidRDefault="00000000">
            <w:pPr>
              <w:spacing w:after="0"/>
            </w:pPr>
            <w:r>
              <w:t>________________________________________________</w:t>
            </w:r>
          </w:p>
        </w:tc>
      </w:tr>
    </w:tbl>
    <w:p w14:paraId="1D9BABF4" w14:textId="77777777" w:rsidR="00B8614C" w:rsidRDefault="00B8614C"/>
    <w:sectPr w:rsidR="00B8614C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86BA0" w14:textId="77777777" w:rsidR="00B8614C" w:rsidRDefault="00B8614C">
      <w:pPr>
        <w:spacing w:after="0" w:line="240" w:lineRule="auto"/>
      </w:pPr>
      <w:r>
        <w:separator/>
      </w:r>
    </w:p>
  </w:endnote>
  <w:endnote w:type="continuationSeparator" w:id="0">
    <w:p w14:paraId="67DCF24C" w14:textId="77777777" w:rsidR="00B8614C" w:rsidRDefault="00B8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2A0D3" w14:textId="77777777" w:rsidR="00F3386C" w:rsidRDefault="00F338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12597" w14:textId="77777777" w:rsidR="005C5EDA" w:rsidRDefault="00000000">
    <w:pPr>
      <w:pStyle w:val="Footer"/>
      <w:jc w:val="center"/>
    </w:pPr>
    <w:proofErr w:type="spellStart"/>
    <w:r>
      <w:rPr>
        <w:sz w:val="16"/>
      </w:rPr>
      <w:t>Klienta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pirmslīguma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informācijas</w:t>
    </w:r>
    <w:proofErr w:type="spellEnd"/>
    <w:r>
      <w:rPr>
        <w:sz w:val="16"/>
      </w:rPr>
      <w:t xml:space="preserve"> </w:t>
    </w:r>
    <w:proofErr w:type="spellStart"/>
    <w:proofErr w:type="gramStart"/>
    <w:r>
      <w:rPr>
        <w:sz w:val="16"/>
      </w:rPr>
      <w:t>anketa</w:t>
    </w:r>
    <w:proofErr w:type="spellEnd"/>
    <w:r>
      <w:t xml:space="preserve">  |</w:t>
    </w:r>
    <w:proofErr w:type="gramEnd"/>
    <w:r>
      <w:t xml:space="preserve">  Lapa </w:t>
    </w:r>
    <w:r>
      <w:fldChar w:fldCharType="begin"/>
    </w:r>
    <w:r>
      <w:instrText>PAGE</w:instrText>
    </w:r>
    <w:r>
      <w:fldChar w:fldCharType="separate"/>
    </w:r>
    <w:r w:rsidR="00F3386C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4665" w14:textId="77777777" w:rsidR="00F3386C" w:rsidRDefault="00F338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6A11D" w14:textId="77777777" w:rsidR="00B8614C" w:rsidRDefault="00B8614C">
      <w:pPr>
        <w:spacing w:after="0" w:line="240" w:lineRule="auto"/>
      </w:pPr>
      <w:r>
        <w:separator/>
      </w:r>
    </w:p>
  </w:footnote>
  <w:footnote w:type="continuationSeparator" w:id="0">
    <w:p w14:paraId="5EEEBA49" w14:textId="77777777" w:rsidR="00B8614C" w:rsidRDefault="00B86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956C" w14:textId="7CABFBF2" w:rsidR="00F3386C" w:rsidRDefault="00F3386C">
    <w:pPr>
      <w:pStyle w:val="Header"/>
    </w:pPr>
    <w:r>
      <w:rPr>
        <w:noProof/>
      </w:rPr>
      <w:pict w14:anchorId="173238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72122876" o:spid="_x0000_s1026" type="#_x0000_t136" style="position:absolute;margin-left:0;margin-top:0;width:592.2pt;height:126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ILANCESPUNKT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2BF9" w14:textId="6717776E" w:rsidR="005C5EDA" w:rsidRPr="00F3386C" w:rsidRDefault="00F3386C">
    <w:pPr>
      <w:pStyle w:val="Header"/>
      <w:jc w:val="right"/>
      <w:rPr>
        <w:lang w:val="lv-LV"/>
      </w:rPr>
    </w:pPr>
    <w:r>
      <w:rPr>
        <w:noProof/>
      </w:rPr>
      <w:pict w14:anchorId="206894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72122877" o:spid="_x0000_s1027" type="#_x0000_t136" style="position:absolute;left:0;text-align:left;margin-left:0;margin-top:0;width:592.2pt;height:126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ILANCESPUNKTS"/>
        </v:shape>
      </w:pict>
    </w:r>
    <w:r>
      <w:rPr>
        <w:i/>
        <w:sz w:val="16"/>
        <w:lang w:val="lv-LV"/>
      </w:rPr>
      <w:t>BILANCES PUNKTS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0540F" w14:textId="480DAC5F" w:rsidR="00F3386C" w:rsidRDefault="00F3386C">
    <w:pPr>
      <w:pStyle w:val="Header"/>
    </w:pPr>
    <w:r>
      <w:rPr>
        <w:noProof/>
      </w:rPr>
      <w:pict w14:anchorId="0EF0D4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72122875" o:spid="_x0000_s1025" type="#_x0000_t136" style="position:absolute;margin-left:0;margin-top:0;width:592.2pt;height:126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ILANCESPUNKT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17025">
    <w:abstractNumId w:val="8"/>
  </w:num>
  <w:num w:numId="2" w16cid:durableId="1735228267">
    <w:abstractNumId w:val="6"/>
  </w:num>
  <w:num w:numId="3" w16cid:durableId="194579836">
    <w:abstractNumId w:val="5"/>
  </w:num>
  <w:num w:numId="4" w16cid:durableId="1989088777">
    <w:abstractNumId w:val="4"/>
  </w:num>
  <w:num w:numId="5" w16cid:durableId="1713922081">
    <w:abstractNumId w:val="7"/>
  </w:num>
  <w:num w:numId="6" w16cid:durableId="904534324">
    <w:abstractNumId w:val="3"/>
  </w:num>
  <w:num w:numId="7" w16cid:durableId="269360202">
    <w:abstractNumId w:val="2"/>
  </w:num>
  <w:num w:numId="8" w16cid:durableId="1798143297">
    <w:abstractNumId w:val="1"/>
  </w:num>
  <w:num w:numId="9" w16cid:durableId="88160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4F88"/>
    <w:rsid w:val="00326F90"/>
    <w:rsid w:val="005C5EDA"/>
    <w:rsid w:val="00AA1D8D"/>
    <w:rsid w:val="00B47730"/>
    <w:rsid w:val="00B8614C"/>
    <w:rsid w:val="00CB0664"/>
    <w:rsid w:val="00F338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DCC280B"/>
  <w14:defaultImageDpi w14:val="300"/>
  <w15:docId w15:val="{6DF14401-B318-412C-A021-881691F5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1948</Words>
  <Characters>11105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Jana Novicka</cp:lastModifiedBy>
  <cp:revision>3</cp:revision>
  <dcterms:created xsi:type="dcterms:W3CDTF">2013-12-23T23:15:00Z</dcterms:created>
  <dcterms:modified xsi:type="dcterms:W3CDTF">2026-10-19T07:25:00Z</dcterms:modified>
  <cp:category/>
</cp:coreProperties>
</file>